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1F3B63"/>
        </w:rPr>
        <w:t>BILL BOOK / INVOICE BOOK</w:t>
      </w:r>
    </w:p>
    <w:p>
      <w:r>
        <w:rPr>
          <w:b/>
        </w:rPr>
        <w:t>[Your Business Name]</w:t>
      </w:r>
    </w:p>
    <w:p>
      <w:r>
        <w:t>[Address Line 1]</w:t>
        <w:br/>
        <w:t>[Address Line 2]</w:t>
        <w:br/>
        <w:t>[GSTIN: XXAAAA0000A1Z5]  [Phone: +91-XXXXXXXXXX]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Bill No: ________</w:t>
            </w:r>
          </w:p>
        </w:tc>
        <w:tc>
          <w:tcPr>
            <w:tcW w:type="dxa" w:w="2160"/>
          </w:tcPr>
          <w:p>
            <w:r>
              <w:t>Date: __ / __ / ____</w:t>
            </w:r>
          </w:p>
        </w:tc>
        <w:tc>
          <w:tcPr>
            <w:tcW w:type="dxa" w:w="2160"/>
          </w:tcPr>
          <w:p>
            <w:r>
              <w:t>Original / Duplicate / Triplicate</w:t>
            </w:r>
          </w:p>
        </w:tc>
        <w:tc>
          <w:tcPr>
            <w:tcW w:type="dxa" w:w="2160"/>
          </w:tcPr>
          <w:p>
            <w:r/>
          </w:p>
        </w:tc>
      </w:tr>
    </w:tbl>
    <w:p/>
    <w:p>
      <w:r>
        <w:rPr>
          <w:b/>
        </w:rPr>
        <w:t>Bill To:</w:t>
      </w:r>
    </w:p>
    <w:p>
      <w:r>
        <w:t>[Customer Name]</w:t>
        <w:br/>
        <w:t>[Customer Address]</w:t>
        <w:br/>
        <w:t>[GSTIN (if registered): ______________]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S.No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Description of Goods/Services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1440"/>
          </w:tcPr>
          <w:p>
            <w:r>
              <w:rPr>
                <w:b/>
              </w:rPr>
              <w:t>Qty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Rate (₹)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Amount (₹)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Subtotal (₹)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CGST @ __% (₹)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SGST @ __% (₹)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GRAND TOTAL (₹)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Amount in Words: __________________________________________________</w:t>
      </w:r>
    </w:p>
    <w:p/>
    <w:p>
      <w:r>
        <w:t>Declaration: We declare that this invoice shows the actual particulars of the goods/services described and that all particulars are true and correct.</w:t>
      </w:r>
    </w:p>
    <w:p/>
    <w:p>
      <w:r>
        <w:t>Terms: 1) Goods once sold will not be taken back.  2) Payment due within ___ days.  3) Subject to [City] jurisdiction.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Customer Signature</w:t>
              <w:br/>
              <w:br/>
              <w:br/>
              <w:t>_________________</w:t>
            </w:r>
          </w:p>
        </w:tc>
        <w:tc>
          <w:tcPr>
            <w:tcW w:type="dxa" w:w="4320"/>
          </w:tcPr>
          <w:p>
            <w:r>
              <w:t>For [Your Business Name]</w:t>
              <w:br/>
              <w:t>Authorised Signatory</w:t>
              <w:br/>
              <w:br/>
              <w:t>_________________</w:t>
            </w:r>
          </w:p>
        </w:tc>
      </w:tr>
    </w:tbl>
    <w:p/>
    <w:p>
      <w:r>
        <w:rPr>
          <w:i/>
        </w:rPr>
        <w:t>E&amp;OE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