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1A1A2E"/>
          <w:sz w:val="40"/>
        </w:rPr>
        <w:t>COMMERCIAL INVOICE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FROM:</w:t>
              <w:br/>
              <w:t>[Your Company Name]</w:t>
              <w:br/>
              <w:t>[Street Address]</w:t>
              <w:br/>
              <w:t>[City, State ZIP]</w:t>
              <w:br/>
              <w:t>[Phone] | [Email]</w:t>
              <w:br/>
              <w:t>[Tax ID / GSTIN]</w:t>
            </w:r>
          </w:p>
        </w:tc>
        <w:tc>
          <w:tcPr>
            <w:tcW w:type="dxa" w:w="4968"/>
          </w:tcPr>
          <w:p>
            <w:r>
              <w:t>INVOICE NO: INV-0001</w:t>
              <w:br/>
              <w:t>DATE: _______________</w:t>
              <w:br/>
              <w:t>DUE DATE: _______________</w:t>
              <w:br/>
              <w:br/>
              <w:t>BILL TO:</w:t>
              <w:br/>
              <w:t>[Client Name]</w:t>
              <w:br/>
              <w:t>[Client Address]</w:t>
              <w:br/>
              <w:t>[City, State ZIP]</w:t>
            </w:r>
          </w:p>
        </w:tc>
      </w:tr>
    </w:tbl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98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987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987"/>
          </w:tcPr>
          <w:p>
            <w:r>
              <w:rPr>
                <w:b/>
              </w:rPr>
              <w:t>Tax %</w:t>
            </w:r>
          </w:p>
        </w:tc>
        <w:tc>
          <w:tcPr>
            <w:tcW w:type="dxa" w:w="1987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987"/>
          </w:tcPr>
          <w:p>
            <w:r>
              <w:t>Sample service / product description</w:t>
            </w:r>
          </w:p>
        </w:tc>
        <w:tc>
          <w:tcPr>
            <w:tcW w:type="dxa" w:w="1987"/>
          </w:tcPr>
          <w:p>
            <w:r>
              <w:t>1</w:t>
            </w:r>
          </w:p>
        </w:tc>
        <w:tc>
          <w:tcPr>
            <w:tcW w:type="dxa" w:w="1987"/>
          </w:tcPr>
          <w:p>
            <w:r>
              <w:t>0.00</w:t>
            </w:r>
          </w:p>
        </w:tc>
        <w:tc>
          <w:tcPr>
            <w:tcW w:type="dxa" w:w="1987"/>
          </w:tcPr>
          <w:p>
            <w:r>
              <w:t>0</w:t>
            </w:r>
          </w:p>
        </w:tc>
        <w:tc>
          <w:tcPr>
            <w:tcW w:type="dxa" w:w="1987"/>
          </w:tcPr>
          <w:p>
            <w:r>
              <w:t>0.00</w:t>
            </w:r>
          </w:p>
        </w:tc>
      </w:tr>
      <w:tr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Subtotal: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Tax: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Discount: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TOTAL DUE: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r>
        <w:rPr>
          <w:b/>
        </w:rPr>
        <w:t>Notes / Payment Terms:</w:t>
      </w:r>
    </w:p>
    <w:p>
      <w:r>
        <w:t>[Payment terms, bank details, late-fee policy, thank-you note]</w:t>
      </w:r>
    </w:p>
    <w:p/>
    <w:p>
      <w:pPr>
        <w:jc w:val="center"/>
      </w:pPr>
      <w:r>
        <w:rPr>
          <w:i/>
          <w:color w:val="666666"/>
        </w:rPr>
        <w:t>Thank you for your business!</w:t>
      </w:r>
    </w:p>
    <w:p>
      <w:pPr>
        <w:jc w:val="center"/>
      </w:pPr>
      <w:r>
        <w:rPr>
          <w:color w:val="999999"/>
          <w:sz w:val="16"/>
        </w:rPr>
        <w:t>Free template from FreeBillKit.com — free for commercial use.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