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760"/>
        <w:gridCol w:w="5040"/>
      </w:tblGrid>
      <w:tr>
        <w:tc>
          <w:tcPr>
            <w:tcW w:type="dxa" w:w="4968"/>
          </w:tcPr>
          <w:p>
            <w:r/>
            <w:r>
              <w:rPr>
                <w:b/>
                <w:color w:val="1F497D"/>
                <w:sz w:val="32"/>
              </w:rPr>
              <w:t>[Your Studio Name]</w:t>
            </w:r>
          </w:p>
          <w:p>
            <w:pPr>
              <w:spacing w:after="0"/>
            </w:pPr>
            <w:r>
              <w:t>123 Design Street, Suite 100</w:t>
            </w:r>
          </w:p>
          <w:p>
            <w:pPr>
              <w:spacing w:after="0"/>
            </w:pPr>
            <w:r>
              <w:t>New York, NY 10001</w:t>
            </w:r>
          </w:p>
          <w:p>
            <w:pPr>
              <w:spacing w:after="0"/>
            </w:pPr>
            <w:r>
              <w:t>hello@yourstudio.com | (555) 123-4567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/>
                <w:color w:val="1F497D"/>
                <w:sz w:val="56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Invoice #: </w:t>
            </w:r>
            <w:r>
              <w:rPr>
                <w:sz w:val="18"/>
              </w:rPr>
              <w:t>[INV-2026-001]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Issue Date: </w:t>
            </w:r>
            <w:r>
              <w:rPr>
                <w:sz w:val="18"/>
              </w:rPr>
              <w:t>[MM/DD/YYYY]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Due Date: </w:t>
            </w:r>
            <w:r>
              <w:rPr>
                <w:sz w:val="18"/>
              </w:rPr>
              <w:t>[MM/DD/YYYY]</w:t>
            </w:r>
          </w:p>
        </w:tc>
      </w:tr>
    </w:tbl>
    <w:p/>
    <w:p>
      <w:r>
        <w:rPr>
          <w:b/>
          <w:color w:val="1F497D"/>
          <w:sz w:val="22"/>
        </w:rPr>
        <w:t>BILL TO</w:t>
      </w:r>
    </w:p>
    <w:p>
      <w:pPr>
        <w:spacing w:after="0"/>
      </w:pPr>
      <w:r>
        <w:t>[Client Company Name]</w:t>
      </w:r>
    </w:p>
    <w:p>
      <w:pPr>
        <w:spacing w:after="0"/>
      </w:pPr>
      <w:r>
        <w:t>[Contact Person]</w:t>
      </w:r>
    </w:p>
    <w:p>
      <w:pPr>
        <w:spacing w:after="0"/>
      </w:pPr>
      <w:r>
        <w:t>[Billing Address]</w:t>
      </w:r>
    </w:p>
    <w:p>
      <w:pPr>
        <w:spacing w:after="0"/>
      </w:pPr>
      <w:r>
        <w:t>[City, State ZIP]</w:t>
      </w:r>
    </w:p>
    <w:p>
      <w:pPr>
        <w:spacing w:after="0"/>
      </w:pPr>
      <w:r>
        <w:t>[client@email.com]</w:t>
      </w:r>
    </w:p>
    <w:p/>
    <w:p>
      <w:r>
        <w:rPr>
          <w:b/>
          <w:color w:val="1F497D"/>
          <w:sz w:val="22"/>
        </w:rPr>
        <w:t>PROJECT DETAILS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08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728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872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Logo concept development — 3 initial directions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$1,200.00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$1,200.00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Design revisions (2 rounds included)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Additional revisions (beyond included rounds)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$150.00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$150.00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Final file package (AI, EPS, PNG, JPG)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$200.00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$200.00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Stock photography licensing (3 images)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3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$25.00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$75.00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Rush fee (48-hour turnaround)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$300.00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$300.00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sz w:val="18"/>
              </w:rPr>
              <w:t>Subtotal: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sz w:val="18"/>
              </w:rPr>
              <w:t>$1,925.00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sz w:val="18"/>
              </w:rPr>
              <w:t>Tax (0%):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sz w:val="18"/>
              </w:rPr>
              <w:t>$0.00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sz w:val="18"/>
              </w:rPr>
              <w:t>Deposit Received: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sz w:val="18"/>
              </w:rPr>
              <w:t>($500.00)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/>
                <w:sz w:val="22"/>
              </w:rPr>
              <w:t>AMOUNT DUE: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/>
                <w:color w:val="1F497D"/>
                <w:sz w:val="22"/>
              </w:rPr>
              <w:t>$1,425.00</w:t>
            </w:r>
          </w:p>
        </w:tc>
      </w:tr>
    </w:tbl>
    <w:p/>
    <w:p>
      <w:r>
        <w:rPr>
          <w:b/>
          <w:sz w:val="18"/>
        </w:rPr>
        <w:t xml:space="preserve">USAGE LICENSING: </w:t>
      </w:r>
      <w:r>
        <w:rPr>
          <w:i/>
          <w:sz w:val="18"/>
        </w:rPr>
        <w:t>[Exclusive / Non-exclusive] license, [duration], [territory]. Source files [included / available separately].</w:t>
      </w:r>
    </w:p>
    <w:p/>
    <w:p>
      <w:r>
        <w:rPr>
          <w:b/>
          <w:sz w:val="18"/>
        </w:rPr>
        <w:t xml:space="preserve">PAYMENT TERMS: </w:t>
      </w:r>
      <w:r>
        <w:rPr>
          <w:sz w:val="18"/>
        </w:rPr>
        <w:t>Net 30. Late payments subject to 1.5% monthly fee. Please reference invoice number with payment.</w:t>
      </w:r>
    </w:p>
    <w:p/>
    <w:p>
      <w:r>
        <w:rPr>
          <w:b/>
          <w:sz w:val="18"/>
        </w:rPr>
        <w:t>NOTES:</w:t>
      </w:r>
    </w:p>
    <w:p>
      <w:r>
        <w:rPr>
          <w:i/>
          <w:sz w:val="18"/>
        </w:rPr>
        <w:t>[Add any additional notes, thank you message, or payment instructions here.]</w:t>
      </w:r>
    </w:p>
    <w:p/>
    <w:p>
      <w:pPr>
        <w:jc w:val="center"/>
      </w:pPr>
      <w:r>
        <w:rPr>
          <w:i/>
          <w:color w:val="808080"/>
          <w:sz w:val="18"/>
        </w:rPr>
        <w:t>Thank you for your business!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